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9360"/>
      </w:tblGrid>
      <w:tr w:rsidR="009238E6">
        <w:trPr>
          <w:jc w:val="center"/>
        </w:trPr>
        <w:tc>
          <w:tcPr>
            <w:tcW w:w="9360" w:type="dxa"/>
            <w:shd w:val="clear" w:color="auto" w:fill="003366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9238E6" w:rsidRDefault="009D518C" w:rsidP="009D518C">
            <w:pPr>
              <w:spacing w:after="4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UNIVERSIDAD NACIONAL DE MISIONES - FACULTAD DE HUMANIDADES Y CIENCIAS SOCIALES</w:t>
            </w:r>
            <w:r>
              <w:rPr>
                <w:rFonts w:ascii="Arial" w:hAnsi="Arial"/>
                <w:b/>
                <w:color w:val="FFFFFF"/>
                <w:sz w:val="20"/>
              </w:rPr>
              <w:br/>
            </w:r>
            <w:r>
              <w:rPr>
                <w:rFonts w:ascii="Arial" w:hAnsi="Arial"/>
                <w:b/>
                <w:color w:val="DCE6F2"/>
                <w:sz w:val="19"/>
              </w:rPr>
              <w:t>SECRETARÍA DE POSGRADO / COMISIÓN ACADÉMICA POSDOCTORAL</w:t>
            </w:r>
            <w:r>
              <w:rPr>
                <w:rFonts w:ascii="Arial" w:hAnsi="Arial"/>
                <w:b/>
                <w:color w:val="DCE6F2"/>
                <w:sz w:val="19"/>
              </w:rPr>
              <w:br/>
            </w:r>
            <w:r>
              <w:rPr>
                <w:rFonts w:ascii="Arial" w:hAnsi="Arial"/>
                <w:b/>
                <w:color w:val="FFFFFF"/>
              </w:rPr>
              <w:t>POSDOCTORADO EN CIENCIAS HUMANAS Y</w:t>
            </w:r>
            <w:r>
              <w:rPr>
                <w:rFonts w:ascii="Arial" w:hAnsi="Arial"/>
                <w:b/>
                <w:color w:val="FFFFFF"/>
              </w:rPr>
              <w:t xml:space="preserve"> SOCIALES</w:t>
            </w:r>
          </w:p>
        </w:tc>
      </w:tr>
    </w:tbl>
    <w:p w:rsidR="009238E6" w:rsidRDefault="009238E6">
      <w:pPr>
        <w:spacing w:after="120"/>
      </w:pPr>
    </w:p>
    <w:p w:rsidR="009238E6" w:rsidRDefault="009D518C">
      <w:pPr>
        <w:spacing w:after="240"/>
        <w:jc w:val="center"/>
      </w:pPr>
      <w:r>
        <w:rPr>
          <w:rFonts w:ascii="Arial" w:hAnsi="Arial"/>
          <w:b/>
          <w:color w:val="003366"/>
          <w:sz w:val="28"/>
        </w:rPr>
        <w:t>FORMULARIO DE INSCRIPCIÓN Y FICHA DE POSTULACIÓN</w:t>
      </w:r>
    </w:p>
    <w:tbl>
      <w:tblPr>
        <w:tblW w:w="0" w:type="auto"/>
        <w:jc w:val="center"/>
        <w:tblLook w:val="04A0"/>
      </w:tblPr>
      <w:tblGrid>
        <w:gridCol w:w="9360"/>
      </w:tblGrid>
      <w:tr w:rsidR="009238E6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MODALIDAD A LA QUE POSTULA</w:t>
            </w:r>
          </w:p>
        </w:tc>
      </w:tr>
    </w:tbl>
    <w:p w:rsidR="009238E6" w:rsidRDefault="009238E6">
      <w:pPr>
        <w:spacing w:after="80"/>
      </w:pPr>
    </w:p>
    <w:p w:rsidR="009238E6" w:rsidRDefault="009D518C">
      <w:pPr>
        <w:spacing w:after="160"/>
      </w:pPr>
      <w:r>
        <w:rPr>
          <w:rFonts w:ascii="Arial" w:hAnsi="Arial"/>
        </w:rPr>
        <w:t>[  ]  A. Estancia Posdoctoral en Ciencias Sociales (Duración: 3 a 6 meses)</w:t>
      </w:r>
      <w:r>
        <w:rPr>
          <w:rFonts w:ascii="Arial" w:hAnsi="Arial"/>
        </w:rPr>
        <w:br/>
        <w:t>[  ]  B. Ciclo de Formación Posdoctoral (Tema específico: ________________________)</w:t>
      </w:r>
    </w:p>
    <w:tbl>
      <w:tblPr>
        <w:tblW w:w="0" w:type="auto"/>
        <w:jc w:val="center"/>
        <w:tblLook w:val="04A0"/>
      </w:tblPr>
      <w:tblGrid>
        <w:gridCol w:w="9360"/>
      </w:tblGrid>
      <w:tr w:rsidR="009238E6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1. DATOS PERSONALES DEL/LA POSTULANTE</w:t>
            </w:r>
          </w:p>
        </w:tc>
      </w:tr>
    </w:tbl>
    <w:p w:rsidR="009238E6" w:rsidRDefault="009238E6">
      <w:pPr>
        <w:spacing w:after="80"/>
      </w:pPr>
    </w:p>
    <w:tbl>
      <w:tblPr>
        <w:tblW w:w="0" w:type="auto"/>
        <w:jc w:val="center"/>
        <w:tblLook w:val="04A0"/>
      </w:tblPr>
      <w:tblGrid>
        <w:gridCol w:w="3312"/>
        <w:gridCol w:w="6048"/>
      </w:tblGrid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Apellido y Nombres: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DNI / Pasaporte: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Nacionalidad: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Fecha de Nacimiento: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color w:val="646464"/>
                <w:sz w:val="19"/>
              </w:rPr>
              <w:t>DD / MM / AAAA</w:t>
            </w: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Domicilio Postal: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Teléfono de Contacto: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Correo Electrónico Principal: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Correo Electrónico Alternativo: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</w:tbl>
    <w:p w:rsidR="009238E6" w:rsidRDefault="009238E6">
      <w:pPr>
        <w:spacing w:after="160"/>
      </w:pPr>
    </w:p>
    <w:tbl>
      <w:tblPr>
        <w:tblW w:w="0" w:type="auto"/>
        <w:jc w:val="center"/>
        <w:tblLook w:val="04A0"/>
      </w:tblPr>
      <w:tblGrid>
        <w:gridCol w:w="9360"/>
      </w:tblGrid>
      <w:tr w:rsidR="009238E6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2. ANTECEDENTES ACADÉMICOS Y TITULACIÓN DE DOCTORADO</w:t>
            </w:r>
          </w:p>
        </w:tc>
      </w:tr>
    </w:tbl>
    <w:p w:rsidR="009238E6" w:rsidRDefault="009238E6">
      <w:pPr>
        <w:spacing w:after="80"/>
      </w:pPr>
    </w:p>
    <w:tbl>
      <w:tblPr>
        <w:tblW w:w="0" w:type="auto"/>
        <w:jc w:val="center"/>
        <w:tblLook w:val="04A0"/>
      </w:tblPr>
      <w:tblGrid>
        <w:gridCol w:w="3312"/>
        <w:gridCol w:w="6048"/>
      </w:tblGrid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Título de Doctor/a obtenido: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 xml:space="preserve">Universidad de </w:t>
            </w:r>
            <w:r>
              <w:rPr>
                <w:rFonts w:ascii="Arial" w:hAnsi="Arial"/>
                <w:b/>
                <w:color w:val="333333"/>
                <w:sz w:val="19"/>
              </w:rPr>
              <w:t>Origen: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color w:val="646464"/>
                <w:sz w:val="19"/>
              </w:rPr>
              <w:t>Pública  /  Privada  /  Extranjera</w:t>
            </w: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Facultad / Unidad Académica: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Fecha de Emisión del Título: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color w:val="646464"/>
                <w:sz w:val="19"/>
              </w:rPr>
              <w:t>DD / MM / AAAA (o constancia de trámite en curso)</w:t>
            </w: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Director/a de Tesis Doctoral: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</w:tbl>
    <w:p w:rsidR="009238E6" w:rsidRDefault="009238E6">
      <w:pPr>
        <w:spacing w:after="160"/>
      </w:pPr>
    </w:p>
    <w:tbl>
      <w:tblPr>
        <w:tblW w:w="0" w:type="auto"/>
        <w:jc w:val="center"/>
        <w:tblLook w:val="04A0"/>
      </w:tblPr>
      <w:tblGrid>
        <w:gridCol w:w="9360"/>
      </w:tblGrid>
      <w:tr w:rsidR="009238E6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>3. PERTENENCIA INSTITUCIONAL Y LABORAL ACTUAL</w:t>
            </w:r>
          </w:p>
        </w:tc>
      </w:tr>
    </w:tbl>
    <w:p w:rsidR="009238E6" w:rsidRDefault="009238E6">
      <w:pPr>
        <w:spacing w:after="80"/>
      </w:pPr>
    </w:p>
    <w:tbl>
      <w:tblPr>
        <w:tblW w:w="0" w:type="auto"/>
        <w:jc w:val="center"/>
        <w:tblLook w:val="04A0"/>
      </w:tblPr>
      <w:tblGrid>
        <w:gridCol w:w="3312"/>
        <w:gridCol w:w="6048"/>
      </w:tblGrid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lastRenderedPageBreak/>
              <w:t xml:space="preserve">Institución de </w:t>
            </w:r>
            <w:r>
              <w:rPr>
                <w:rFonts w:ascii="Arial" w:hAnsi="Arial"/>
                <w:b/>
                <w:color w:val="333333"/>
                <w:sz w:val="19"/>
              </w:rPr>
              <w:t>Dependencia: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Cargo actual / Categoría docente-investigador/a: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Unidad de Investigación / Instituto / Facultad: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Radicación del Programa / Proyecto actual: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</w:tbl>
    <w:p w:rsidR="009238E6" w:rsidRDefault="009238E6">
      <w:pPr>
        <w:spacing w:after="160"/>
      </w:pPr>
    </w:p>
    <w:tbl>
      <w:tblPr>
        <w:tblW w:w="0" w:type="auto"/>
        <w:jc w:val="center"/>
        <w:tblLook w:val="04A0"/>
      </w:tblPr>
      <w:tblGrid>
        <w:gridCol w:w="9360"/>
      </w:tblGrid>
      <w:tr w:rsidR="009238E6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 xml:space="preserve">4. DIRECTOR/A U ORIENTADOR/A PROPUESTO/A </w:t>
            </w:r>
          </w:p>
        </w:tc>
      </w:tr>
    </w:tbl>
    <w:p w:rsidR="009238E6" w:rsidRDefault="009238E6">
      <w:pPr>
        <w:spacing w:after="80"/>
      </w:pPr>
    </w:p>
    <w:tbl>
      <w:tblPr>
        <w:tblW w:w="0" w:type="auto"/>
        <w:jc w:val="center"/>
        <w:tblLook w:val="04A0"/>
      </w:tblPr>
      <w:tblGrid>
        <w:gridCol w:w="3312"/>
        <w:gridCol w:w="6048"/>
      </w:tblGrid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 xml:space="preserve">Apellido y Nombres </w:t>
            </w:r>
            <w:r>
              <w:rPr>
                <w:rFonts w:ascii="Arial" w:hAnsi="Arial"/>
                <w:b/>
                <w:color w:val="333333"/>
                <w:sz w:val="19"/>
              </w:rPr>
              <w:t>del/la Director/a: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Unidad Académica / Instituto (FHyCS / IESH / CONICET):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Programa / Proyecto de Investigación acreditado: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  <w:tr w:rsidR="009238E6">
        <w:trPr>
          <w:jc w:val="center"/>
        </w:trPr>
        <w:tc>
          <w:tcPr>
            <w:tcW w:w="331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333333"/>
                <w:sz w:val="19"/>
              </w:rPr>
              <w:t>Código del Proyecto:</w:t>
            </w:r>
          </w:p>
        </w:tc>
        <w:tc>
          <w:tcPr>
            <w:tcW w:w="604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238E6" w:rsidRDefault="009238E6">
            <w:pPr>
              <w:spacing w:after="0"/>
            </w:pPr>
          </w:p>
        </w:tc>
      </w:tr>
    </w:tbl>
    <w:p w:rsidR="009238E6" w:rsidRDefault="009238E6">
      <w:pPr>
        <w:spacing w:after="160"/>
      </w:pPr>
    </w:p>
    <w:tbl>
      <w:tblPr>
        <w:tblW w:w="0" w:type="auto"/>
        <w:jc w:val="center"/>
        <w:tblLook w:val="04A0"/>
      </w:tblPr>
      <w:tblGrid>
        <w:gridCol w:w="9360"/>
      </w:tblGrid>
      <w:tr w:rsidR="009238E6">
        <w:trPr>
          <w:jc w:val="center"/>
        </w:trPr>
        <w:tc>
          <w:tcPr>
            <w:tcW w:w="9360" w:type="dxa"/>
            <w:shd w:val="clear" w:color="auto" w:fill="4682B4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238E6" w:rsidRDefault="009D518C">
            <w:pPr>
              <w:spacing w:after="0"/>
            </w:pPr>
            <w:r>
              <w:rPr>
                <w:rFonts w:ascii="Arial" w:hAnsi="Arial"/>
                <w:b/>
                <w:color w:val="FFFFFF"/>
                <w:sz w:val="21"/>
              </w:rPr>
              <w:t xml:space="preserve">5. DOCUMENTACIÓN ADJUNTA REQUERIDA </w:t>
            </w:r>
          </w:p>
        </w:tc>
      </w:tr>
    </w:tbl>
    <w:p w:rsidR="009238E6" w:rsidRDefault="009238E6">
      <w:pPr>
        <w:spacing w:after="80"/>
      </w:pPr>
    </w:p>
    <w:p w:rsidR="009238E6" w:rsidRDefault="009D518C">
      <w:pPr>
        <w:spacing w:after="240"/>
      </w:pPr>
      <w:r>
        <w:rPr>
          <w:rFonts w:ascii="Arial" w:hAnsi="Arial"/>
          <w:sz w:val="19"/>
        </w:rPr>
        <w:t>[  ]  Copia escaneada del DNI o Pasaporte.</w:t>
      </w:r>
      <w:r>
        <w:rPr>
          <w:rFonts w:ascii="Arial" w:hAnsi="Arial"/>
          <w:sz w:val="19"/>
        </w:rPr>
        <w:br/>
        <w:t>[  ]  Copia</w:t>
      </w:r>
      <w:r>
        <w:rPr>
          <w:rFonts w:ascii="Arial" w:hAnsi="Arial"/>
          <w:sz w:val="19"/>
        </w:rPr>
        <w:t xml:space="preserve"> del Título de Doctorado (o certificado de título en trámite).</w:t>
      </w:r>
      <w:r>
        <w:rPr>
          <w:rFonts w:ascii="Arial" w:hAnsi="Arial"/>
          <w:sz w:val="19"/>
        </w:rPr>
        <w:br/>
        <w:t>[  ]  Currículum Vitae sintético (máximo 3 páginas).</w:t>
      </w:r>
      <w:r>
        <w:rPr>
          <w:rFonts w:ascii="Arial" w:hAnsi="Arial"/>
          <w:sz w:val="19"/>
        </w:rPr>
        <w:br/>
        <w:t>[  ]  Plan de Trabajo Posdoctoral detallado (según modelo oficial).</w:t>
      </w:r>
      <w:r>
        <w:rPr>
          <w:rFonts w:ascii="Arial" w:hAnsi="Arial"/>
          <w:sz w:val="19"/>
        </w:rPr>
        <w:br/>
        <w:t>[  ]  Carta de Aval firmada por el/la Director/a u orientador/a.</w:t>
      </w:r>
      <w:r>
        <w:rPr>
          <w:rFonts w:ascii="Arial" w:hAnsi="Arial"/>
          <w:sz w:val="19"/>
        </w:rPr>
        <w:br/>
        <w:t>[  ]  C</w:t>
      </w:r>
      <w:r>
        <w:rPr>
          <w:rFonts w:ascii="Arial" w:hAnsi="Arial"/>
          <w:sz w:val="19"/>
        </w:rPr>
        <w:t>ertificado de nivel avanzado de idioma español (en caso de postulantes no hispanohablantes).</w:t>
      </w:r>
      <w:r>
        <w:rPr>
          <w:rFonts w:ascii="Arial" w:hAnsi="Arial"/>
          <w:sz w:val="19"/>
        </w:rPr>
        <w:br/>
      </w:r>
    </w:p>
    <w:p w:rsidR="009238E6" w:rsidRDefault="009D518C">
      <w:pPr>
        <w:spacing w:before="400"/>
        <w:jc w:val="right"/>
      </w:pPr>
      <w:r>
        <w:rPr>
          <w:rFonts w:ascii="Arial" w:hAnsi="Arial"/>
        </w:rPr>
        <w:t>Lugar y Fecha: ______________________, _____ de _______________ de 20___</w:t>
      </w:r>
      <w:r>
        <w:rPr>
          <w:rFonts w:ascii="Arial" w:hAnsi="Arial"/>
        </w:rPr>
        <w:br/>
      </w:r>
      <w:r>
        <w:rPr>
          <w:rFonts w:ascii="Arial" w:hAnsi="Arial"/>
        </w:rPr>
        <w:br/>
      </w:r>
      <w:r>
        <w:rPr>
          <w:rFonts w:ascii="Arial" w:hAnsi="Arial"/>
        </w:rPr>
        <w:br/>
      </w:r>
      <w:r>
        <w:rPr>
          <w:rFonts w:ascii="Arial" w:hAnsi="Arial"/>
        </w:rPr>
        <w:br/>
        <w:t>_________________________________________</w:t>
      </w:r>
      <w:r>
        <w:rPr>
          <w:rFonts w:ascii="Arial" w:hAnsi="Arial"/>
        </w:rPr>
        <w:br/>
        <w:t>Firma del/la Postulante</w:t>
      </w:r>
    </w:p>
    <w:sectPr w:rsidR="009238E6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9238E6"/>
    <w:rsid w:val="009D518C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Usuario</cp:lastModifiedBy>
  <cp:revision>2</cp:revision>
  <dcterms:created xsi:type="dcterms:W3CDTF">2026-10-07T10:32:00Z</dcterms:created>
  <dcterms:modified xsi:type="dcterms:W3CDTF">2026-10-07T10:32:00Z</dcterms:modified>
</cp:coreProperties>
</file>