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shd w:val="clear" w:color="auto" w:fill="003366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CE6FC8" w:rsidRDefault="00CE22A7" w:rsidP="00CE22A7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UNIVERSIDAD NACIONAL DE MISIONES - FACULTAD DE HUMANIDADES Y CIENCIAS SOCIALES</w:t>
            </w:r>
            <w:r>
              <w:rPr>
                <w:rFonts w:ascii="Arial" w:hAnsi="Arial"/>
                <w:b/>
                <w:color w:val="FFFFFF"/>
                <w:sz w:val="20"/>
              </w:rPr>
              <w:br/>
            </w:r>
            <w:r>
              <w:rPr>
                <w:rFonts w:ascii="Arial" w:hAnsi="Arial"/>
                <w:b/>
                <w:color w:val="DCE6F2"/>
                <w:sz w:val="19"/>
              </w:rPr>
              <w:t>SECRETARÍA DE POSGRADO / COMISIÓN ACADÉMICA POSDOCTORAL</w:t>
            </w:r>
            <w:r>
              <w:rPr>
                <w:rFonts w:ascii="Arial" w:hAnsi="Arial"/>
                <w:b/>
                <w:color w:val="DCE6F2"/>
                <w:sz w:val="19"/>
              </w:rPr>
              <w:br/>
            </w:r>
            <w:r>
              <w:rPr>
                <w:rFonts w:ascii="Arial" w:hAnsi="Arial"/>
                <w:b/>
                <w:color w:val="FFFFFF"/>
              </w:rPr>
              <w:t>POSDOCTORADO</w:t>
            </w:r>
            <w:r>
              <w:rPr>
                <w:rFonts w:ascii="Arial" w:hAnsi="Arial"/>
                <w:b/>
                <w:color w:val="FFFFFF"/>
              </w:rPr>
              <w:t xml:space="preserve"> EN CIENCIAS HUMANAS y </w:t>
            </w:r>
            <w:r>
              <w:rPr>
                <w:rFonts w:ascii="Arial" w:hAnsi="Arial"/>
                <w:b/>
                <w:color w:val="FFFFFF"/>
              </w:rPr>
              <w:t>SOCIALES</w:t>
            </w:r>
          </w:p>
        </w:tc>
      </w:tr>
    </w:tbl>
    <w:p w:rsidR="00CE6FC8" w:rsidRDefault="00CE6FC8">
      <w:pPr>
        <w:spacing w:after="120"/>
      </w:pPr>
    </w:p>
    <w:p w:rsidR="00CE6FC8" w:rsidRDefault="00CE22A7">
      <w:pPr>
        <w:spacing w:after="240"/>
        <w:jc w:val="center"/>
      </w:pPr>
      <w:r>
        <w:rPr>
          <w:rFonts w:ascii="Arial" w:hAnsi="Arial"/>
          <w:b/>
          <w:color w:val="003366"/>
          <w:sz w:val="28"/>
        </w:rPr>
        <w:t>MODELO Y GUÍA DE PRESENTACIÓN DEL PLAN DE TRABAJO</w:t>
      </w:r>
    </w:p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 xml:space="preserve">1. DATOS DE </w:t>
            </w:r>
            <w:r>
              <w:rPr>
                <w:rFonts w:ascii="Arial" w:hAnsi="Arial"/>
                <w:b/>
                <w:color w:val="FFFFFF"/>
                <w:sz w:val="21"/>
              </w:rPr>
              <w:t>IDENTIFICACIÓN DE LA PROPUESTA</w:t>
            </w:r>
          </w:p>
        </w:tc>
      </w:tr>
    </w:tbl>
    <w:p w:rsidR="00CE6FC8" w:rsidRDefault="00CE6FC8">
      <w:pPr>
        <w:spacing w:after="80"/>
      </w:pPr>
    </w:p>
    <w:tbl>
      <w:tblPr>
        <w:tblW w:w="0" w:type="auto"/>
        <w:jc w:val="center"/>
        <w:tblLook w:val="04A0"/>
      </w:tblPr>
      <w:tblGrid>
        <w:gridCol w:w="3312"/>
        <w:gridCol w:w="6048"/>
      </w:tblGrid>
      <w:tr w:rsidR="00CE6FC8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Título del Proyecto Posdoctoral: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6FC8">
            <w:pPr>
              <w:spacing w:after="0"/>
            </w:pPr>
          </w:p>
        </w:tc>
      </w:tr>
      <w:tr w:rsidR="00CE6FC8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Nombre del/la Postulante: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6FC8">
            <w:pPr>
              <w:spacing w:after="0"/>
            </w:pPr>
          </w:p>
        </w:tc>
      </w:tr>
      <w:tr w:rsidR="00CE6FC8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Nombre del/la Director/a u Orientador/a: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6FC8">
            <w:pPr>
              <w:spacing w:after="0"/>
            </w:pPr>
          </w:p>
        </w:tc>
      </w:tr>
      <w:tr w:rsidR="00CE6FC8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Proyecto/Programa de Investigación de Radicación: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6FC8">
            <w:pPr>
              <w:spacing w:after="0"/>
            </w:pPr>
          </w:p>
        </w:tc>
      </w:tr>
      <w:tr w:rsidR="00CE6FC8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Línea de Investigación Principal: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6FC8">
            <w:pPr>
              <w:spacing w:after="0"/>
            </w:pPr>
          </w:p>
        </w:tc>
      </w:tr>
      <w:tr w:rsidR="00CE6FC8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 xml:space="preserve">Duración Estimada de la </w:t>
            </w:r>
            <w:r>
              <w:rPr>
                <w:rFonts w:ascii="Arial" w:hAnsi="Arial"/>
                <w:b/>
                <w:color w:val="333333"/>
                <w:sz w:val="19"/>
              </w:rPr>
              <w:t>Estancia: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color w:val="646464"/>
                <w:sz w:val="19"/>
              </w:rPr>
              <w:t>3 a 6 meses</w:t>
            </w:r>
          </w:p>
        </w:tc>
      </w:tr>
    </w:tbl>
    <w:p w:rsidR="00CE6FC8" w:rsidRDefault="00CE6FC8">
      <w:pPr>
        <w:spacing w:after="160"/>
      </w:pPr>
    </w:p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2. ESTRUCTURA Y CONTENIDO DEL PLAN DE TRABAJO</w:t>
            </w:r>
          </w:p>
        </w:tc>
      </w:tr>
    </w:tbl>
    <w:p w:rsidR="00CE6FC8" w:rsidRDefault="00CE6FC8">
      <w:pPr>
        <w:spacing w:after="80"/>
      </w:pPr>
    </w:p>
    <w:p w:rsidR="00CE6FC8" w:rsidRDefault="00CE22A7">
      <w:pPr>
        <w:spacing w:after="40"/>
      </w:pPr>
      <w:r>
        <w:rPr>
          <w:rFonts w:ascii="Arial" w:hAnsi="Arial"/>
          <w:b/>
          <w:color w:val="003366"/>
          <w:sz w:val="20"/>
        </w:rPr>
        <w:t>2.1 Resumen Ejecutivo (Máximo 250 palabras)</w:t>
      </w:r>
      <w:r>
        <w:rPr>
          <w:rFonts w:ascii="Arial" w:hAnsi="Arial"/>
          <w:b/>
          <w:color w:val="003366"/>
          <w:sz w:val="20"/>
        </w:rPr>
        <w:br/>
      </w:r>
    </w:p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Guía de contenido: Síntesis del proyecto, objetivos principales, metodología y resultados esperados.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  <w:r>
              <w:rPr>
                <w:rFonts w:ascii="Arial" w:hAnsi="Arial"/>
                <w:i/>
                <w:color w:val="787878"/>
                <w:sz w:val="18"/>
              </w:rPr>
              <w:br/>
              <w:t xml:space="preserve">[Escriba aquí el contenido de esta </w:t>
            </w:r>
            <w:r>
              <w:rPr>
                <w:rFonts w:ascii="Arial" w:hAnsi="Arial"/>
                <w:i/>
                <w:color w:val="787878"/>
                <w:sz w:val="18"/>
              </w:rPr>
              <w:t>sección...]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</w:p>
        </w:tc>
      </w:tr>
    </w:tbl>
    <w:p w:rsidR="00CE6FC8" w:rsidRDefault="00CE6FC8">
      <w:pPr>
        <w:spacing w:after="80"/>
      </w:pPr>
    </w:p>
    <w:p w:rsidR="00CE6FC8" w:rsidRDefault="00CE22A7">
      <w:pPr>
        <w:spacing w:after="40"/>
      </w:pPr>
      <w:r>
        <w:rPr>
          <w:rFonts w:ascii="Arial" w:hAnsi="Arial"/>
          <w:b/>
          <w:color w:val="003366"/>
          <w:sz w:val="20"/>
        </w:rPr>
        <w:t>2.2 Fundamentación y Estado del Arte</w:t>
      </w:r>
      <w:r>
        <w:rPr>
          <w:rFonts w:ascii="Arial" w:hAnsi="Arial"/>
          <w:b/>
          <w:color w:val="003366"/>
          <w:sz w:val="20"/>
        </w:rPr>
        <w:br/>
      </w:r>
    </w:p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Guía de contenido: Presentación del problema de investigación, marco teórico, relevancia académica y estado del conocimiento actual.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  <w:r>
              <w:rPr>
                <w:rFonts w:ascii="Arial" w:hAnsi="Arial"/>
                <w:i/>
                <w:color w:val="787878"/>
                <w:sz w:val="18"/>
              </w:rPr>
              <w:br/>
              <w:t>[Escriba aquí el contenido de esta sección...]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</w:p>
        </w:tc>
      </w:tr>
    </w:tbl>
    <w:p w:rsidR="00CE6FC8" w:rsidRDefault="00CE6FC8">
      <w:pPr>
        <w:spacing w:after="80"/>
      </w:pPr>
    </w:p>
    <w:p w:rsidR="00CE6FC8" w:rsidRDefault="00CE22A7">
      <w:pPr>
        <w:spacing w:after="40"/>
      </w:pPr>
      <w:r>
        <w:rPr>
          <w:rFonts w:ascii="Arial" w:hAnsi="Arial"/>
          <w:b/>
          <w:color w:val="003366"/>
          <w:sz w:val="20"/>
        </w:rPr>
        <w:t>2.3 Objetivos Gener</w:t>
      </w:r>
      <w:r>
        <w:rPr>
          <w:rFonts w:ascii="Arial" w:hAnsi="Arial"/>
          <w:b/>
          <w:color w:val="003366"/>
          <w:sz w:val="20"/>
        </w:rPr>
        <w:t>ales y Específicos</w:t>
      </w:r>
      <w:r>
        <w:rPr>
          <w:rFonts w:ascii="Arial" w:hAnsi="Arial"/>
          <w:b/>
          <w:color w:val="003366"/>
          <w:sz w:val="20"/>
        </w:rPr>
        <w:br/>
      </w:r>
    </w:p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Guía de contenido: Desglose claro de los objetivos a alcanzar durante el desarrollo del programa posdoctoral.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  <w:r>
              <w:rPr>
                <w:rFonts w:ascii="Arial" w:hAnsi="Arial"/>
                <w:i/>
                <w:color w:val="787878"/>
                <w:sz w:val="18"/>
              </w:rPr>
              <w:lastRenderedPageBreak/>
              <w:br/>
              <w:t>[Escriba aquí el contenido de esta sección...]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</w:p>
        </w:tc>
      </w:tr>
    </w:tbl>
    <w:p w:rsidR="00CE6FC8" w:rsidRDefault="00CE6FC8">
      <w:pPr>
        <w:spacing w:after="80"/>
      </w:pPr>
    </w:p>
    <w:p w:rsidR="00CE6FC8" w:rsidRDefault="00CE22A7">
      <w:pPr>
        <w:spacing w:after="40"/>
      </w:pPr>
      <w:r>
        <w:rPr>
          <w:rFonts w:ascii="Arial" w:hAnsi="Arial"/>
          <w:b/>
          <w:color w:val="003366"/>
          <w:sz w:val="20"/>
        </w:rPr>
        <w:t>2.4 Metodología y Estrategia de Trabajo</w:t>
      </w:r>
      <w:r>
        <w:rPr>
          <w:rFonts w:ascii="Arial" w:hAnsi="Arial"/>
          <w:b/>
          <w:color w:val="003366"/>
          <w:sz w:val="20"/>
        </w:rPr>
        <w:br/>
      </w:r>
    </w:p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 xml:space="preserve">Guía de contenido: Descripción de </w:t>
            </w:r>
            <w:r>
              <w:rPr>
                <w:rFonts w:ascii="Arial" w:hAnsi="Arial"/>
                <w:i/>
                <w:color w:val="787878"/>
                <w:sz w:val="18"/>
              </w:rPr>
              <w:t>las actividades de campo, análisis documental, herramientas teórico-metodológicas y articulación con el equipo de investigación receptor.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  <w:r>
              <w:rPr>
                <w:rFonts w:ascii="Arial" w:hAnsi="Arial"/>
                <w:i/>
                <w:color w:val="787878"/>
                <w:sz w:val="18"/>
              </w:rPr>
              <w:br/>
              <w:t>[Escriba aquí el contenido de esta sección...]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</w:p>
        </w:tc>
      </w:tr>
    </w:tbl>
    <w:p w:rsidR="00CE6FC8" w:rsidRDefault="00CE6FC8">
      <w:pPr>
        <w:spacing w:after="80"/>
      </w:pPr>
    </w:p>
    <w:p w:rsidR="00CE6FC8" w:rsidRDefault="00CE22A7">
      <w:pPr>
        <w:spacing w:after="40"/>
      </w:pPr>
      <w:r>
        <w:rPr>
          <w:rFonts w:ascii="Arial" w:hAnsi="Arial"/>
          <w:b/>
          <w:color w:val="003366"/>
          <w:sz w:val="20"/>
        </w:rPr>
        <w:t>2.5 Cronograma de Actividades</w:t>
      </w:r>
      <w:r>
        <w:rPr>
          <w:rFonts w:ascii="Arial" w:hAnsi="Arial"/>
          <w:b/>
          <w:color w:val="003366"/>
          <w:sz w:val="20"/>
        </w:rPr>
        <w:br/>
      </w:r>
    </w:p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Guía de contenido: Planificación tem</w:t>
            </w:r>
            <w:r>
              <w:rPr>
                <w:rFonts w:ascii="Arial" w:hAnsi="Arial"/>
                <w:i/>
                <w:color w:val="787878"/>
                <w:sz w:val="18"/>
              </w:rPr>
              <w:t>poral de las tareas por mes (mínimo 3 meses, máximo 6 meses) completando las 250 hs requeridas.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  <w:r>
              <w:rPr>
                <w:rFonts w:ascii="Arial" w:hAnsi="Arial"/>
                <w:i/>
                <w:color w:val="787878"/>
                <w:sz w:val="18"/>
              </w:rPr>
              <w:br/>
              <w:t>[Escriba aquí el contenido de esta sección...]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</w:p>
        </w:tc>
      </w:tr>
    </w:tbl>
    <w:p w:rsidR="00CE6FC8" w:rsidRDefault="00CE6FC8">
      <w:pPr>
        <w:spacing w:after="80"/>
      </w:pPr>
    </w:p>
    <w:p w:rsidR="00CE6FC8" w:rsidRDefault="00CE22A7">
      <w:pPr>
        <w:spacing w:after="40"/>
      </w:pPr>
      <w:r>
        <w:rPr>
          <w:rFonts w:ascii="Arial" w:hAnsi="Arial"/>
          <w:b/>
          <w:color w:val="003366"/>
          <w:sz w:val="20"/>
        </w:rPr>
        <w:t>2.6 Resultados Esperados y Transferencia</w:t>
      </w:r>
      <w:r>
        <w:rPr>
          <w:rFonts w:ascii="Arial" w:hAnsi="Arial"/>
          <w:b/>
          <w:color w:val="003366"/>
          <w:sz w:val="20"/>
        </w:rPr>
        <w:br/>
      </w:r>
    </w:p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Guía de contenido: Producción científica planificada (artículos iné</w:t>
            </w:r>
            <w:r>
              <w:rPr>
                <w:rFonts w:ascii="Arial" w:hAnsi="Arial"/>
                <w:i/>
                <w:color w:val="787878"/>
                <w:sz w:val="18"/>
              </w:rPr>
              <w:t>ditos, ponencias, capítulos de libro, seminarios impartidos).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  <w:r>
              <w:rPr>
                <w:rFonts w:ascii="Arial" w:hAnsi="Arial"/>
                <w:i/>
                <w:color w:val="787878"/>
                <w:sz w:val="18"/>
              </w:rPr>
              <w:br/>
              <w:t>[Escriba aquí el contenido de esta sección...]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</w:p>
        </w:tc>
      </w:tr>
    </w:tbl>
    <w:p w:rsidR="00CE6FC8" w:rsidRDefault="00CE6FC8">
      <w:pPr>
        <w:spacing w:after="80"/>
      </w:pPr>
    </w:p>
    <w:p w:rsidR="00CE6FC8" w:rsidRDefault="00CE22A7">
      <w:pPr>
        <w:spacing w:after="40"/>
      </w:pPr>
      <w:r>
        <w:rPr>
          <w:rFonts w:ascii="Arial" w:hAnsi="Arial"/>
          <w:b/>
          <w:color w:val="003366"/>
          <w:sz w:val="20"/>
        </w:rPr>
        <w:t>2.7 Referencias Bibliográficas</w:t>
      </w:r>
      <w:r>
        <w:rPr>
          <w:rFonts w:ascii="Arial" w:hAnsi="Arial"/>
          <w:b/>
          <w:color w:val="003366"/>
          <w:sz w:val="20"/>
        </w:rPr>
        <w:br/>
      </w:r>
    </w:p>
    <w:tbl>
      <w:tblPr>
        <w:tblW w:w="0" w:type="auto"/>
        <w:jc w:val="center"/>
        <w:tblLook w:val="04A0"/>
      </w:tblPr>
      <w:tblGrid>
        <w:gridCol w:w="9360"/>
      </w:tblGrid>
      <w:tr w:rsidR="00CE6FC8">
        <w:trPr>
          <w:jc w:val="center"/>
        </w:trPr>
        <w:tc>
          <w:tcPr>
            <w:tcW w:w="936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E6FC8" w:rsidRDefault="00CE22A7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Guía de contenido: Citas bibliográficas fundamentales que sustentan la propuesta.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  <w:r>
              <w:rPr>
                <w:rFonts w:ascii="Arial" w:hAnsi="Arial"/>
                <w:i/>
                <w:color w:val="787878"/>
                <w:sz w:val="18"/>
              </w:rPr>
              <w:br/>
              <w:t>[Escriba aquí el contenido d</w:t>
            </w:r>
            <w:r>
              <w:rPr>
                <w:rFonts w:ascii="Arial" w:hAnsi="Arial"/>
                <w:i/>
                <w:color w:val="787878"/>
                <w:sz w:val="18"/>
              </w:rPr>
              <w:t>e esta sección...]</w:t>
            </w:r>
            <w:r>
              <w:rPr>
                <w:rFonts w:ascii="Arial" w:hAnsi="Arial"/>
                <w:i/>
                <w:color w:val="787878"/>
                <w:sz w:val="18"/>
              </w:rPr>
              <w:br/>
            </w:r>
          </w:p>
        </w:tc>
      </w:tr>
    </w:tbl>
    <w:p w:rsidR="00CE6FC8" w:rsidRDefault="00CE6FC8">
      <w:pPr>
        <w:spacing w:after="80"/>
      </w:pPr>
    </w:p>
    <w:p w:rsidR="00CE6FC8" w:rsidRDefault="00CE22A7">
      <w:pPr>
        <w:spacing w:before="300"/>
        <w:jc w:val="center"/>
      </w:pPr>
      <w:r>
        <w:rPr>
          <w:rFonts w:ascii="Arial" w:hAnsi="Arial"/>
        </w:rPr>
        <w:t>_________________________________________          _________________________________________</w:t>
      </w:r>
      <w:r>
        <w:rPr>
          <w:rFonts w:ascii="Arial" w:hAnsi="Arial"/>
        </w:rPr>
        <w:br/>
        <w:t>Firma del/la Postulante                                 Firma del/la Director/a u Orientador/a</w:t>
      </w:r>
    </w:p>
    <w:sectPr w:rsidR="00CE6FC8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E22A7"/>
    <w:rsid w:val="00CE6FC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Usuario</cp:lastModifiedBy>
  <cp:revision>2</cp:revision>
  <dcterms:created xsi:type="dcterms:W3CDTF">2026-10-07T10:35:00Z</dcterms:created>
  <dcterms:modified xsi:type="dcterms:W3CDTF">2026-10-07T10:35:00Z</dcterms:modified>
</cp:coreProperties>
</file>