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ook w:val="04A0"/>
      </w:tblPr>
      <w:tblGrid>
        <w:gridCol w:w="9360"/>
      </w:tblGrid>
      <w:tr w:rsidR="007C45F1">
        <w:trPr>
          <w:jc w:val="center"/>
        </w:trPr>
        <w:tc>
          <w:tcPr>
            <w:tcW w:w="9360" w:type="dxa"/>
            <w:shd w:val="clear" w:color="auto" w:fill="003366"/>
            <w:tcMar>
              <w:top w:w="140" w:type="dxa"/>
              <w:left w:w="200" w:type="dxa"/>
              <w:bottom w:w="140" w:type="dxa"/>
              <w:right w:w="200" w:type="dxa"/>
            </w:tcMar>
          </w:tcPr>
          <w:p w:rsidR="007C45F1" w:rsidRDefault="004D2AB4" w:rsidP="004D2AB4">
            <w:pPr>
              <w:spacing w:after="40"/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UNIVERSIDAD NACIONAL DE MISIONES - FACULTAD DE HUMANIDADES Y CIENCIAS SOCIALES</w:t>
            </w:r>
            <w:r>
              <w:rPr>
                <w:rFonts w:ascii="Arial" w:hAnsi="Arial"/>
                <w:b/>
                <w:color w:val="FFFFFF"/>
                <w:sz w:val="20"/>
              </w:rPr>
              <w:br/>
            </w:r>
            <w:r>
              <w:rPr>
                <w:rFonts w:ascii="Arial" w:hAnsi="Arial"/>
                <w:b/>
                <w:color w:val="DCE6F2"/>
                <w:sz w:val="19"/>
              </w:rPr>
              <w:t>SECRETARÍA DE POSGRADO / COMISIÓN ACADÉMICA POSDOCTORAL</w:t>
            </w:r>
            <w:r>
              <w:rPr>
                <w:rFonts w:ascii="Arial" w:hAnsi="Arial"/>
                <w:b/>
                <w:color w:val="DCE6F2"/>
                <w:sz w:val="19"/>
              </w:rPr>
              <w:br/>
            </w:r>
            <w:r>
              <w:rPr>
                <w:rFonts w:ascii="Arial" w:hAnsi="Arial"/>
                <w:b/>
                <w:color w:val="FFFFFF"/>
              </w:rPr>
              <w:t>POSDOCTORADO</w:t>
            </w:r>
            <w:r>
              <w:rPr>
                <w:rFonts w:ascii="Arial" w:hAnsi="Arial"/>
                <w:b/>
                <w:color w:val="FFFFFF"/>
              </w:rPr>
              <w:t xml:space="preserve"> EN CIENCIAS HUMANAS y </w:t>
            </w:r>
            <w:r>
              <w:rPr>
                <w:rFonts w:ascii="Arial" w:hAnsi="Arial"/>
                <w:b/>
                <w:color w:val="FFFFFF"/>
              </w:rPr>
              <w:t xml:space="preserve"> SOCIALES</w:t>
            </w:r>
          </w:p>
        </w:tc>
      </w:tr>
    </w:tbl>
    <w:p w:rsidR="007C45F1" w:rsidRDefault="007C45F1">
      <w:pPr>
        <w:spacing w:after="120"/>
      </w:pPr>
    </w:p>
    <w:p w:rsidR="007C45F1" w:rsidRDefault="004D2AB4">
      <w:pPr>
        <w:spacing w:after="240"/>
        <w:jc w:val="center"/>
      </w:pPr>
      <w:r>
        <w:rPr>
          <w:rFonts w:ascii="Arial" w:hAnsi="Arial"/>
          <w:b/>
          <w:color w:val="003366"/>
          <w:sz w:val="28"/>
        </w:rPr>
        <w:t>CARTA DE AVAL Y ACEPTACIÓN DEL/LA DIRECTOR/A U ORIENTADOR/A</w:t>
      </w:r>
    </w:p>
    <w:tbl>
      <w:tblPr>
        <w:tblW w:w="0" w:type="auto"/>
        <w:jc w:val="center"/>
        <w:tblLook w:val="04A0"/>
      </w:tblPr>
      <w:tblGrid>
        <w:gridCol w:w="9360"/>
      </w:tblGrid>
      <w:tr w:rsidR="007C45F1">
        <w:trPr>
          <w:jc w:val="center"/>
        </w:trPr>
        <w:tc>
          <w:tcPr>
            <w:tcW w:w="9360" w:type="dxa"/>
            <w:shd w:val="clear" w:color="auto" w:fill="4682B4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C45F1" w:rsidRDefault="004D2AB4">
            <w:pPr>
              <w:spacing w:after="0"/>
            </w:pPr>
            <w:r>
              <w:rPr>
                <w:rFonts w:ascii="Arial" w:hAnsi="Arial"/>
                <w:b/>
                <w:color w:val="FFFFFF"/>
                <w:sz w:val="21"/>
              </w:rPr>
              <w:t>1. DATOS DEL/LA</w:t>
            </w:r>
            <w:r>
              <w:rPr>
                <w:rFonts w:ascii="Arial" w:hAnsi="Arial"/>
                <w:b/>
                <w:color w:val="FFFFFF"/>
                <w:sz w:val="21"/>
              </w:rPr>
              <w:t xml:space="preserve"> DIRECTOR/A U ORIENTADOR/A</w:t>
            </w:r>
          </w:p>
        </w:tc>
      </w:tr>
    </w:tbl>
    <w:p w:rsidR="007C45F1" w:rsidRDefault="007C45F1">
      <w:pPr>
        <w:spacing w:after="80"/>
      </w:pPr>
    </w:p>
    <w:tbl>
      <w:tblPr>
        <w:tblW w:w="0" w:type="auto"/>
        <w:jc w:val="center"/>
        <w:tblLook w:val="04A0"/>
      </w:tblPr>
      <w:tblGrid>
        <w:gridCol w:w="3312"/>
        <w:gridCol w:w="6048"/>
      </w:tblGrid>
      <w:tr w:rsidR="007C45F1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C45F1" w:rsidRDefault="004D2AB4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Apellido y Nombres: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C45F1" w:rsidRDefault="007C45F1">
            <w:pPr>
              <w:spacing w:after="0"/>
            </w:pPr>
          </w:p>
        </w:tc>
      </w:tr>
      <w:tr w:rsidR="007C45F1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C45F1" w:rsidRDefault="004D2AB4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DNI / CUIT: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C45F1" w:rsidRDefault="007C45F1">
            <w:pPr>
              <w:spacing w:after="0"/>
            </w:pPr>
          </w:p>
        </w:tc>
      </w:tr>
      <w:tr w:rsidR="007C45F1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C45F1" w:rsidRDefault="004D2AB4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Máxima Titulación Académica: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C45F1" w:rsidRDefault="007C45F1">
            <w:pPr>
              <w:spacing w:after="0"/>
            </w:pPr>
          </w:p>
        </w:tc>
      </w:tr>
      <w:tr w:rsidR="007C45F1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C45F1" w:rsidRDefault="004D2AB4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Cargo Docente / Categoría Investigador/a: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C45F1" w:rsidRDefault="007C45F1">
            <w:pPr>
              <w:spacing w:after="0"/>
            </w:pPr>
          </w:p>
        </w:tc>
      </w:tr>
      <w:tr w:rsidR="007C45F1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C45F1" w:rsidRDefault="004D2AB4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Instituto / Unidad de Radicación: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C45F1" w:rsidRDefault="004D2AB4">
            <w:pPr>
              <w:spacing w:after="0"/>
            </w:pPr>
            <w:r>
              <w:rPr>
                <w:rFonts w:ascii="Arial" w:hAnsi="Arial"/>
                <w:color w:val="646464"/>
                <w:sz w:val="19"/>
              </w:rPr>
              <w:t>FHyCS - UNaM / IESH (CONICET-UNaM)</w:t>
            </w:r>
          </w:p>
        </w:tc>
      </w:tr>
      <w:tr w:rsidR="007C45F1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C45F1" w:rsidRDefault="004D2AB4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Correo Electrónico de Contacto: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C45F1" w:rsidRDefault="007C45F1">
            <w:pPr>
              <w:spacing w:after="0"/>
            </w:pPr>
          </w:p>
        </w:tc>
      </w:tr>
    </w:tbl>
    <w:p w:rsidR="007C45F1" w:rsidRDefault="007C45F1">
      <w:pPr>
        <w:spacing w:after="160"/>
      </w:pPr>
    </w:p>
    <w:tbl>
      <w:tblPr>
        <w:tblW w:w="0" w:type="auto"/>
        <w:jc w:val="center"/>
        <w:tblLook w:val="04A0"/>
      </w:tblPr>
      <w:tblGrid>
        <w:gridCol w:w="9360"/>
      </w:tblGrid>
      <w:tr w:rsidR="007C45F1">
        <w:trPr>
          <w:jc w:val="center"/>
        </w:trPr>
        <w:tc>
          <w:tcPr>
            <w:tcW w:w="9360" w:type="dxa"/>
            <w:shd w:val="clear" w:color="auto" w:fill="4682B4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C45F1" w:rsidRDefault="004D2AB4">
            <w:pPr>
              <w:spacing w:after="0"/>
            </w:pPr>
            <w:r>
              <w:rPr>
                <w:rFonts w:ascii="Arial" w:hAnsi="Arial"/>
                <w:b/>
                <w:color w:val="FFFFFF"/>
                <w:sz w:val="21"/>
              </w:rPr>
              <w:t xml:space="preserve">2. DATOS </w:t>
            </w:r>
            <w:r>
              <w:rPr>
                <w:rFonts w:ascii="Arial" w:hAnsi="Arial"/>
                <w:b/>
                <w:color w:val="FFFFFF"/>
                <w:sz w:val="21"/>
              </w:rPr>
              <w:t>DEL PROYECTO / PROGRAMA DE INVESTIGACIÓN RECEPTOR</w:t>
            </w:r>
          </w:p>
        </w:tc>
      </w:tr>
    </w:tbl>
    <w:p w:rsidR="007C45F1" w:rsidRDefault="007C45F1">
      <w:pPr>
        <w:spacing w:after="80"/>
      </w:pPr>
    </w:p>
    <w:tbl>
      <w:tblPr>
        <w:tblW w:w="0" w:type="auto"/>
        <w:jc w:val="center"/>
        <w:tblLook w:val="04A0"/>
      </w:tblPr>
      <w:tblGrid>
        <w:gridCol w:w="3312"/>
        <w:gridCol w:w="6048"/>
      </w:tblGrid>
      <w:tr w:rsidR="007C45F1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C45F1" w:rsidRDefault="004D2AB4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Nombre del Proyecto de Investigación Acreditado: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C45F1" w:rsidRDefault="007C45F1">
            <w:pPr>
              <w:spacing w:after="0"/>
            </w:pPr>
          </w:p>
        </w:tc>
      </w:tr>
      <w:tr w:rsidR="007C45F1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C45F1" w:rsidRDefault="004D2AB4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Código del Proyecto: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C45F1" w:rsidRDefault="007C45F1">
            <w:pPr>
              <w:spacing w:after="0"/>
            </w:pPr>
          </w:p>
        </w:tc>
      </w:tr>
      <w:tr w:rsidR="007C45F1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C45F1" w:rsidRDefault="004D2AB4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Organismo Acreditador: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C45F1" w:rsidRDefault="004D2AB4">
            <w:pPr>
              <w:spacing w:after="0"/>
            </w:pPr>
            <w:r>
              <w:rPr>
                <w:rFonts w:ascii="Arial" w:hAnsi="Arial"/>
                <w:color w:val="646464"/>
                <w:sz w:val="19"/>
              </w:rPr>
              <w:t>UNaM / CONICET / ANPCyT / Otros</w:t>
            </w:r>
          </w:p>
        </w:tc>
      </w:tr>
      <w:tr w:rsidR="007C45F1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C45F1" w:rsidRDefault="004D2AB4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Período de Vigencia del Proyecto: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C45F1" w:rsidRDefault="007C45F1">
            <w:pPr>
              <w:spacing w:after="0"/>
            </w:pPr>
          </w:p>
        </w:tc>
      </w:tr>
    </w:tbl>
    <w:p w:rsidR="007C45F1" w:rsidRDefault="007C45F1">
      <w:pPr>
        <w:spacing w:after="160"/>
      </w:pPr>
    </w:p>
    <w:tbl>
      <w:tblPr>
        <w:tblW w:w="0" w:type="auto"/>
        <w:jc w:val="center"/>
        <w:tblLook w:val="04A0"/>
      </w:tblPr>
      <w:tblGrid>
        <w:gridCol w:w="9360"/>
      </w:tblGrid>
      <w:tr w:rsidR="007C45F1">
        <w:trPr>
          <w:jc w:val="center"/>
        </w:trPr>
        <w:tc>
          <w:tcPr>
            <w:tcW w:w="9360" w:type="dxa"/>
            <w:shd w:val="clear" w:color="auto" w:fill="4682B4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C45F1" w:rsidRDefault="004D2AB4">
            <w:pPr>
              <w:spacing w:after="0"/>
            </w:pPr>
            <w:r>
              <w:rPr>
                <w:rFonts w:ascii="Arial" w:hAnsi="Arial"/>
                <w:b/>
                <w:color w:val="FFFFFF"/>
                <w:sz w:val="21"/>
              </w:rPr>
              <w:t>3. DECLARACIÓN Y COMPROMISO DE AVAL</w:t>
            </w:r>
          </w:p>
        </w:tc>
      </w:tr>
    </w:tbl>
    <w:p w:rsidR="007C45F1" w:rsidRDefault="007C45F1">
      <w:pPr>
        <w:spacing w:after="80"/>
      </w:pPr>
    </w:p>
    <w:p w:rsidR="007C45F1" w:rsidRDefault="004D2AB4">
      <w:r>
        <w:rPr>
          <w:rFonts w:ascii="Arial" w:hAnsi="Arial"/>
          <w:sz w:val="20"/>
        </w:rPr>
        <w:t>Por la presente, declaro mi conformidad y aceptación para asumir la Dirección / Orientación de la Estancia Posdoctoral del/la Dr./Dra. ____________________________________________________, titulado/a: "_____________________________________________________</w:t>
      </w:r>
      <w:r>
        <w:rPr>
          <w:rFonts w:ascii="Arial" w:hAnsi="Arial"/>
          <w:sz w:val="20"/>
        </w:rPr>
        <w:t>______________________________________________", en el marco del Programa de Formación Posdoctoral en Ciencias Sociales de la Facultad de Humanidades y Ciencias Sociales (UNaM).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</w:rPr>
        <w:br/>
        <w:t xml:space="preserve">Asimismo, me comprometo a acompañar al/la posdoctorando/a en el cumplimiento </w:t>
      </w:r>
      <w:r>
        <w:rPr>
          <w:rFonts w:ascii="Arial" w:hAnsi="Arial"/>
          <w:sz w:val="20"/>
        </w:rPr>
        <w:t>de las 250 horas de actividades científico-académicas programadas, facilitar la integración en el equipo de investigación receptor, promover las actividades de intercambio y supervisar la elaboración del Artículo Científico inédito derivado de la estancia.</w:t>
      </w:r>
    </w:p>
    <w:p w:rsidR="007C45F1" w:rsidRDefault="004D2AB4">
      <w:pPr>
        <w:spacing w:before="600"/>
        <w:jc w:val="right"/>
      </w:pPr>
      <w:r>
        <w:rPr>
          <w:rFonts w:ascii="Arial" w:hAnsi="Arial"/>
        </w:rPr>
        <w:lastRenderedPageBreak/>
        <w:t>Lugar y Fecha: Posadas, _____ de _______________ de 20___</w:t>
      </w:r>
      <w:r>
        <w:rPr>
          <w:rFonts w:ascii="Arial" w:hAnsi="Arial"/>
        </w:rPr>
        <w:br/>
      </w:r>
      <w:r>
        <w:rPr>
          <w:rFonts w:ascii="Arial" w:hAnsi="Arial"/>
        </w:rPr>
        <w:br/>
      </w:r>
      <w:r>
        <w:rPr>
          <w:rFonts w:ascii="Arial" w:hAnsi="Arial"/>
        </w:rPr>
        <w:br/>
      </w:r>
      <w:r>
        <w:rPr>
          <w:rFonts w:ascii="Arial" w:hAnsi="Arial"/>
        </w:rPr>
        <w:br/>
        <w:t>_________________________________________</w:t>
      </w:r>
      <w:r>
        <w:rPr>
          <w:rFonts w:ascii="Arial" w:hAnsi="Arial"/>
        </w:rPr>
        <w:br/>
        <w:t>Firma y Aclaración del/la Director/a u Orientador/a</w:t>
      </w:r>
      <w:r>
        <w:rPr>
          <w:rFonts w:ascii="Arial" w:hAnsi="Arial"/>
        </w:rPr>
        <w:br/>
        <w:t>DNI: __________________</w:t>
      </w:r>
    </w:p>
    <w:sectPr w:rsidR="007C45F1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3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4D2AB4"/>
    <w:rsid w:val="007C45F1"/>
    <w:rsid w:val="00AA1D8D"/>
    <w:rsid w:val="00B47730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263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Usuario</cp:lastModifiedBy>
  <cp:revision>2</cp:revision>
  <dcterms:created xsi:type="dcterms:W3CDTF">2026-10-07T10:36:00Z</dcterms:created>
  <dcterms:modified xsi:type="dcterms:W3CDTF">2026-10-07T10:36:00Z</dcterms:modified>
</cp:coreProperties>
</file>